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הדרך לטבריה ואת תפקיד הנוסע/ת הבטוח/ה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שלטי תנועה פשוטים ולהפוך ציווי ליחיד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צעדי החבר הנאמן: לשים לב, לשאול, להקשיב, לספר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חוגרים חגורה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קליק!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יורדים תמיד בצד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תמיד חוגרים חגורה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הפכו ציווי ליחיד לציווי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(חגרו)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החבר הנאמן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שלחבר/ה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יורדים בצד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השלטים בפועל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שהשיתוף בסיפור של תמר ויואב הוא רשות ולא חובה, ולדבר על הדמויות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בכרטיס הלב הטוב ובתזכורת על אנשי הקשר לשיחה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נוסעים בבטחה לטבריה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בדרך לטבריה עוברים דרך עפולה, הר תבור ומחלף גולני. בדף הזה נתרגל נסיעה בטוחה, שלטי תנועה, ואת מה שלמדנו מהסיפור על תמר ויואב.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האטו  ·  עוצר  ·  הר תבור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שהרכב יוצא לדרך?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חוגרים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 במושב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ליד איזה ים נמצאת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אומרים כשחוגרים את החגורה במשחק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קליק!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לרדת מהרכב בצד הכביש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חגורת בטיחות חשובה גם בנסיעה קצרה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כשרואים שלט עצור, הנהג/ת __________ את הרכב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בדרך לטבריה עוברים ליד עפולה וליד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הציווי ברבים של המילה האט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הפכו ציווי ליחיד לציווי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חגרו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עצרו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צעדי החבר הנאמן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שלחבר/ה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לספר למבוגר/ת אחראי/ת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בתשומת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כשיורדים מהרכב?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הציווי ברבים של המילה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נוסעים בבטחה לטבריה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