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הדרך לטבריה ואת תפקיד הנוסע/ת הבטוח/ה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תנועה פשוטים ולהפוך ציווי ליחיד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צעדי החבר הנאמן: לשים לב, לשאול, להקשיב, 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קליק!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בצד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יורדים תמיד בצד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דאגה גדולה מספרים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תמר הייתה חברה נאמנה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הפכו ציווי ליחיד לציווי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החבר הנאמן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שלחבר/ה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חוגרים חגורה, יורדים בצד המדרכה, יושבים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ולספר למבוגר אחראי כמו הורה, מורה או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יורדים בצד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השלטים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שהשיתוף בסיפור של תמר ויואב הוא רשות ולא חובה, ולדבר על הדמויות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בכרטיס הלב הטוב ובתזכורת על אנשי הקשר לשיחה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נוסעים לטבריה. לומדים איך להיות נוסעים בטוחים, מכירים שלטים, ולומדים מה עושים כשיש דאגה.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חוֹסֶן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שאומרת למישהו לעשות משהו, כמו 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בדרך שאומר לנהג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ששומרת עלינו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שאפשר לסמוך עליו ולדבר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מבוגרת בבית הספר שאפשר לפנות אליה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גדול בכביש שבו מתחברות כמה דרכים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שנוסעים?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חוגרים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 במושב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כשחוגרים חגורה?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קליק!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הר רואים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יורדים מהרכב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לרדת מהרכב בצד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חשובה גם בנסיעה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לנו דאגה גדולה כדאי לשמור אותה בסוד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בסיפור, תמר עזרה ליואב לספר למבוגר על הדאגה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כשרואים שלט עצור, הנהג/ת __________ את הרכב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בדרך לטבריה עוברים ליד עפולה וליד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הציווי ברבים של המילה האט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הצעד הראשון של חבר נאמן הוא __________ 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הפכו ציווי ליחיד לציווי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צעדי החבר הנאמן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למבוגר/ת אחראי/ת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שלחבר/ה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כללי בטיחות לנסיעה ברכב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תעשו אם חבר/ה מספר/ת לכם על דאגה גדולה?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כשיורדים מהרכב?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הציווי ברבים של המילה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פונים כשיש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