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הדרך לטבריה ואת תפקיד הנוסע/ת הבטוח/ה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פשוטים ולהפוך ציווי ליחיד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צעדי החבר הנאמן: לשים לב, לשאול, להקשיב, 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קליק!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בצד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יורדים תמיד בצד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דאגה גדולה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תמר הייתה חברה נאמנה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הפכו ציווי ליחיד לציווי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 הנאמן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שלחבר/ה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חוגרים חגורה, יורדים בצד המדרכה, יושבים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ולספר למבוגר אחראי כמו הורה, מורה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בצד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השלטים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שהשיתוף בסיפור של תמר ויואב הוא רשות ולא חובה, ולדבר על הדמויות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בכרטיס הלב הטוב ובתזכורת על אנשי הקשר לשיחה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בדרך לטבריה עוברים דרך עפולה, הר תבור ומחלף גולני. בדף הזה נתרגל נסיעה בטוחה, שלטי תנועה, ואת מה שלמדנו מהסיפור על תמר ויואב.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שהרכב יוצא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ליד איזה ים נמצאת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כשחוגרים את החגורה במשחק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קליק!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דרך איזה הר עוברים בנסיעה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צד יורדים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לרדת מהרכב בצד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חשובה גם בנסיעה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לנו דאגה גדולה כדאי לשמור אותה בסוד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תמר עזרה ליואב לספר למבוגר על הדאגה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שלט עצור, הנהג/ת __________ את הרכב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בדרך לטבריה עוברים ליד עפולה וליד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הציווי ברבים של המילה האט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הצעד הראשון של חבר נאמן הוא __________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הפכו ציווי ליחיד לציווי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החבר הנאמן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שלחבר/ה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למבוגר/ת אחראי/ת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כללי בטיחות לנסיעה ברכב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תעשו אם חבר/ה מספר/ת לכם על דאגה גדולה?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כשיורדים מהרכב?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הציווי ברבים של המילה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פונים כשיש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